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rPr>
          <w:rFonts w:ascii="Arial" w:hAnsi="Arial" w:cs="Arial"/>
          <w:b/>
          <w:color w:val="0EA5E9"/>
          <w:sz w:val="28"/>
          <w:rtl w:val="1"/>
          <w:bCs/>
          <w:szCs w:val="28"/>
        </w:rPr>
        <w:t>🎯 חידות וטריוויה – משחקי חשיבה לכיתה</w:t>
      </w:r>
    </w:p>
    <w:p>
      <w:pPr>
        <w:bidi w:val="1"/>
        <w:jc w:val="right"/>
      </w:pPr>
      <w:r>
        <w:rPr>
          <w:rFonts w:ascii="Arial" w:hAnsi="Arial" w:cs="Arial"/>
          <w:sz w:val="96"/>
          <w:rtl w:val="1"/>
          <w:szCs w:val="96"/>
        </w:rPr>
        <w:t>🎒</w:t>
      </w:r>
    </w:p>
    <w:p>
      <w:pPr>
        <w:pStyle w:val="Heading1"/>
        <w:bidi w:val="1"/>
        <w:jc w:val="right"/>
      </w:pPr>
      <w:r>
        <w:rPr>
          <w:rFonts w:ascii="Arial" w:hAnsi="Arial" w:cs="Arial"/>
          <w:b/>
          <w:color w:val="0EA5E9"/>
          <w:sz w:val="40"/>
          <w:rtl w:val="1"/>
          <w:bCs/>
          <w:szCs w:val="40"/>
        </w:rPr>
        <w:t>חידות וטריוויה</w:t>
      </w:r>
    </w:p>
    <w:p>
      <w:pPr>
        <w:bidi w:val="1"/>
        <w:jc w:val="right"/>
      </w:pPr>
      <w:r>
        <w:rPr>
          <w:rFonts w:ascii="Arial" w:hAnsi="Arial" w:cs="Arial"/>
          <w:sz w:val="28"/>
          <w:rtl w:val="1"/>
          <w:szCs w:val="28"/>
        </w:rPr>
        <w:t>משחקי חשיבה לכיתה – ה׳–ו׳</w:t>
      </w:r>
    </w:p>
    <w:p>
      <w:pPr>
        <w:bidi w:val="1"/>
        <w:jc w:val="right"/>
        <w:shd w:val="clear" w:fill="EDE9FE"/>
      </w:pPr>
      <w:r>
        <w:rPr>
          <w:rFonts w:ascii="Arial" w:hAnsi="Arial" w:cs="Arial"/>
          <w:b/>
          <w:sz w:val="28"/>
          <w:rtl w:val="1"/>
          <w:bCs/>
          <w:szCs w:val="28"/>
        </w:rPr>
        <w:t>רמה: ה׳–ו׳</w:t>
      </w:r>
    </w:p>
    <w:p>
      <w:pPr>
        <w:bidi w:val="1"/>
        <w:jc w:val="right"/>
        <w:shd w:val="clear" w:fill="FFF3D6"/>
      </w:pPr>
      <w:r>
        <w:rPr>
          <w:rFonts w:ascii="Arial" w:hAnsi="Arial" w:cs="Arial"/>
          <w:b/>
          <w:color w:val="0EA5E9"/>
          <w:sz w:val="36"/>
          <w:rtl w:val="1"/>
          <w:bCs/>
          <w:szCs w:val="36"/>
        </w:rPr>
        <w:t>📗 חוברת מלאה: מהדורה למורה + דפי תלמיד/ה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יצרה: רוית ראש בן ישי</w:t>
      </w:r>
    </w:p>
    <w:p>
      <w:r>
        <w:br w:type="page"/>
      </w:r>
    </w:p>
    <w:p>
      <w:pPr>
        <w:pStyle w:val="Heading2"/>
        <w:bidi w:val="1"/>
        <w:jc w:val="right"/>
      </w:pPr>
      <w:r>
        <w:rPr>
          <w:rFonts w:ascii="Arial" w:hAnsi="Arial" w:cs="Arial"/>
          <w:b/>
          <w:color w:val="0EA5E9"/>
          <w:sz w:val="30"/>
          <w:rtl w:val="1"/>
          <w:bCs/>
          <w:szCs w:val="30"/>
        </w:rPr>
        <w:t>📑 תוכן העניינים</w:t>
      </w:r>
    </w:p>
    <w:p>
      <w:pPr>
        <w:bidi w:val="1"/>
        <w:jc w:val="right"/>
      </w:pPr>
      <w:hyperlink w:anchor="ttop">
        <w:r>
          <w:rPr>
            <w:rtl w:val="1"/>
            <w:u w:val="single"/>
            <w:color w:val="1E40AF"/>
          </w:rPr>
          <w:t xml:space="preserve">• 👩‍🏫 מהדורה למורה</w:t>
        </w:r>
      </w:hyperlink>
    </w:p>
    <w:p>
      <w:pPr>
        <w:bidi w:val="1"/>
        <w:jc w:val="right"/>
      </w:pPr>
      <w:hyperlink w:anchor="tkA">
        <w:r>
          <w:rPr>
            <w:rtl w:val="1"/>
            <w:u w:val="single"/>
            <w:color w:val="1E40AF"/>
          </w:rPr>
          <w:t xml:space="preserve">• מפתח – חלק א׳</w:t>
        </w:r>
      </w:hyperlink>
    </w:p>
    <w:p>
      <w:pPr>
        <w:bidi w:val="1"/>
        <w:jc w:val="right"/>
      </w:pPr>
      <w:hyperlink w:anchor="tkB">
        <w:r>
          <w:rPr>
            <w:rtl w:val="1"/>
            <w:u w:val="single"/>
            <w:color w:val="1E40AF"/>
          </w:rPr>
          <w:t xml:space="preserve">• מפתח – חלק ב׳</w:t>
        </w:r>
      </w:hyperlink>
    </w:p>
    <w:p>
      <w:pPr>
        <w:bidi w:val="1"/>
        <w:jc w:val="right"/>
      </w:pPr>
      <w:hyperlink w:anchor="tkC">
        <w:r>
          <w:rPr>
            <w:rtl w:val="1"/>
            <w:u w:val="single"/>
            <w:color w:val="1E40AF"/>
          </w:rPr>
          <w:t xml:space="preserve">• מפתח – חלק ג׳</w:t>
        </w:r>
      </w:hyperlink>
    </w:p>
    <w:p>
      <w:pPr>
        <w:bidi w:val="1"/>
        <w:jc w:val="right"/>
      </w:pPr>
      <w:hyperlink w:anchor="stop">
        <w:r>
          <w:rPr>
            <w:rtl w:val="1"/>
            <w:u w:val="single"/>
            <w:color w:val="1E40AF"/>
          </w:rPr>
          <w:t xml:space="preserve">• דפי התלמיד/ה</w:t>
        </w:r>
      </w:hyperlink>
    </w:p>
    <w:p>
      <w:pPr>
        <w:bidi w:val="1"/>
        <w:jc w:val="right"/>
      </w:pPr>
      <w:hyperlink w:anchor="sA">
        <w:r>
          <w:rPr>
            <w:rtl w:val="1"/>
            <w:u w:val="single"/>
            <w:color w:val="1E40AF"/>
          </w:rPr>
          <w:t xml:space="preserve">• חלק א׳</w:t>
        </w:r>
      </w:hyperlink>
    </w:p>
    <w:p>
      <w:pPr>
        <w:bidi w:val="1"/>
        <w:jc w:val="right"/>
      </w:pPr>
      <w:hyperlink w:anchor="sB">
        <w:r>
          <w:rPr>
            <w:rtl w:val="1"/>
            <w:u w:val="single"/>
            <w:color w:val="1E40AF"/>
          </w:rPr>
          <w:t xml:space="preserve">• חלק ב׳</w:t>
        </w:r>
      </w:hyperlink>
    </w:p>
    <w:p>
      <w:pPr>
        <w:bidi w:val="1"/>
        <w:jc w:val="right"/>
      </w:pPr>
      <w:hyperlink w:anchor="sC">
        <w:r>
          <w:rPr>
            <w:rtl w:val="1"/>
            <w:u w:val="single"/>
            <w:color w:val="1E40AF"/>
          </w:rPr>
          <w:t xml:space="preserve">• חלק ג׳</w:t>
        </w:r>
      </w:hyperlink>
    </w:p>
    <w:p>
      <w:pPr>
        <w:bidi w:val="1"/>
        <w:jc w:val="right"/>
      </w:pPr>
      <w:hyperlink w:anchor="sE">
        <w:r>
          <w:rPr>
            <w:rtl w:val="1"/>
            <w:u w:val="single"/>
            <w:color w:val="1E40AF"/>
          </w:rPr>
          <w:t xml:space="preserve">• חדר בריחה</w:t>
        </w:r>
      </w:hyperlink>
    </w:p>
    <w:p>
      <w:pPr>
        <w:bidi w:val="1"/>
        <w:jc w:val="right"/>
      </w:pPr>
      <w:hyperlink w:anchor="sW">
        <w:r>
          <w:rPr>
            <w:rtl w:val="1"/>
            <w:u w:val="single"/>
            <w:color w:val="1E40AF"/>
          </w:rPr>
          <w:t xml:space="preserve">• חידה משלי</w:t>
        </w:r>
      </w:hyperlink>
    </w:p>
    <w:p>
      <w:pPr>
        <w:pStyle w:val="Heading1"/>
        <w:bidi w:val="1"/>
        <w:jc w:val="right"/>
      </w:pPr>
      <w:bookmarkStart w:id="17863" w:name="ttop"/>
      <w:r>
        <w:rPr>
          <w:rFonts w:ascii="Arial" w:hAnsi="Arial" w:cs="Arial"/>
          <w:b/>
          <w:color w:val="0EA5E9"/>
          <w:sz w:val="40"/>
          <w:rtl w:val="1"/>
          <w:bCs/>
          <w:szCs w:val="40"/>
        </w:rPr>
        <w:t>👩‍🏫 מהדורה למורה</w:t>
      </w:r>
      <w:bookmarkEnd w:id="17863"/>
    </w:p>
    <w:p>
      <w:pPr>
        <w:bidi w:val="1"/>
        <w:jc w:val="right"/>
      </w:pPr>
      <w:r>
        <w:rPr>
          <w:rFonts w:ascii="Arial" w:hAnsi="Arial" w:cs="Arial"/>
          <w:b/>
          <w:sz w:val="26"/>
          <w:rtl w:val="1"/>
          <w:bCs/>
          <w:szCs w:val="26"/>
        </w:rPr>
        <w:t>המהדורה למורה מרכזת מטרות, הצעה להפעלה ומפתחות תשובות מלאים לרמה זו. דפי התלמיד/ה מופיעים אחריה, בעמודים נפרדים.</w:t>
      </w:r>
    </w:p>
    <w:p>
      <w:pPr>
        <w:pStyle w:val="Heading2"/>
        <w:bidi w:val="1"/>
        <w:jc w:val="right"/>
      </w:pPr>
      <w:bookmarkStart w:id="18057" w:name="tgoal"/>
      <w:r>
        <w:rPr>
          <w:rFonts w:ascii="Arial" w:hAnsi="Arial" w:cs="Arial"/>
          <w:b/>
          <w:color w:val="0EA5E9"/>
          <w:sz w:val="30"/>
          <w:rtl w:val="1"/>
          <w:bCs/>
          <w:szCs w:val="30"/>
        </w:rPr>
        <w:t>🎯 מטרות והפעלה</w:t>
      </w:r>
      <w:bookmarkEnd w:id="18057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תרגול חשיבה לוגית וכמותית, הסקה ואוצר מילים.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היכרות עם מקומות, טבע, שפה ומורשת בישראל.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עבודת צוות, הקשבה ורוח ספורטיבית.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פותחים במחשב הכיתה את האתר chidot-trivia.sites.tab.bot ובוחרים את הרמה.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מצב 'כיתה / מקרן' – 2–4 קבוצות; מצב 'יחידים' – כוכבים במכשיר אישי.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מחלקים את דפי התלמיד/ה; אחרי כל חלק בודקים יחד עם מפתח התשובות.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4. מסיימים בכרטיס היציאה.</w:t>
      </w:r>
    </w:p>
    <w:p>
      <w:pPr>
        <w:pStyle w:val="Heading2"/>
        <w:bidi w:val="1"/>
        <w:jc w:val="right"/>
      </w:pPr>
      <w:bookmarkStart w:id="50865" w:name="tkA"/>
      <w:r>
        <w:rPr>
          <w:rFonts w:ascii="Arial" w:hAnsi="Arial" w:cs="Arial"/>
          <w:b/>
          <w:color w:val="0EA5E9"/>
          <w:sz w:val="30"/>
          <w:rtl w:val="1"/>
          <w:bCs/>
          <w:szCs w:val="30"/>
        </w:rPr>
        <w:t>🔑 מפתח – חלק א׳: ששי ישראלי</w:t>
      </w:r>
      <w:bookmarkEnd w:id="50865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fill="0EA5E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#</w:t>
            </w:r>
          </w:p>
        </w:tc>
        <w:tc>
          <w:tcPr>
            <w:tcW w:type="dxa" w:w="2551"/>
            <w:shd w:val="clear" w:fill="0EA5E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השאלה</w:t>
            </w:r>
          </w:p>
        </w:tc>
        <w:tc>
          <w:tcPr>
            <w:tcW w:type="dxa" w:w="2551"/>
            <w:shd w:val="clear" w:fill="0EA5E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התשובה</w:t>
            </w:r>
          </w:p>
        </w:tc>
        <w:tc>
          <w:tcPr>
            <w:tcW w:type="dxa" w:w="2551"/>
            <w:shd w:val="clear" w:fill="0EA5E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הסבר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איזה מכתש ענק נמצא ליד העיירה מצפה רמון?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מכתש רמון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מכתש רמון הוא הגדול במכתשים שבנגב, ועל שפתו יושבת מצפה רמון.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2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איזה נהר זורם דרך הכנרת ומשם דרומה עד ים המלח?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הירדן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הירדן נכנס לכנרת מצפון, יוצא ממנה בדרום וזורם עד ים המלח.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3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איזה מבצר עתיק בנוי על צוק גבוה מעל ים המלח?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מצדה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מצדה בנויה על הר שטוח מעל ים המלח. בראשה נמצאו שרידי ארמונות ומחסנים עתיקים.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4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כמה ימים נמשך חג החנוכה?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8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חנוכה נמשך שמונה ימים, ובכל ערב מוסיפים נר בחנוכייה.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5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איזו ציפור גדולה ואפורה חורפת באלפיה בעמק החולה?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עגור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בכל חורף עוצרים בעמק החולה עשרות אלפי עגורים בדרכם מאירופה לאפריקה.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6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מהו השורש של המילה 'מכתב'?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כ-ת-ב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'מכתב' שייכת למשפחת המילים כותב, כתיבה, כתובת – כולן מהשורש כ-ת-ב.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7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באיזו עיר עתיקה על חוף הים התיכון יש נמל עתיק ותיאטרון רומי?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קיסריה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בקיסריה נמצאו נמל עתיק, תיאטרון רומי ואמת מים שהביאה מים לעיר.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8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איזו שיטת השקיה חוסכת מים, ופותחה והשתכללה מאוד בישראל?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השקיה בטפטוף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בהשקיה בטפטוף המים מגיעים ישר לשורשים, טיפה אחר טיפה, וכמעט לא מתבזבזים.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9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באיזה חג קוראים את מגילת רות?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שבועות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שבועות הוא חג הקציר, ומגילת רות מספרת על קציר בשדות בית לחם.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10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מה מהבאים אינו נמנה עם 'שבעת המינים'?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תפוח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שבעת המינים: חיטה, שעורה, גפן, תאנה, רימון, זית ותמר. התפוח אינו ביניהם.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11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איזה עץ קוצני, שעמיד ליובש, נפוץ בערבה ובנגב?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שיטה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עצי השיטה מתאימים למדבר: שורשיהם עמוקים והם מסתפקים במעט מים.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12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באיזה ענף ספורט ימי עם מפרש זכו ספורטאים מישראל בכמה מדליות אולימפיות?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גלישת רוח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גלישת רוח היא ענף שבו ישראל הגיעה להישגים אולימפיים, וגם מדליית זהב.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13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מה שם שביל ההליכה הארוך שחוצה את ישראל מצפון לדרום?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שביל ישראל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שביל ישראל מסומן בכתום, כחול ולבן, ואורכו יותר מ־1,000 ק״מ.</w:t>
            </w:r>
          </w:p>
        </w:tc>
      </w:tr>
      <w:tr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14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מה שם המטבע של ישראל כיום?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שקל חדש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השקל החדש משמש בישראל מאז שנות ה־80. לפניו השתמשו בלירה ובשקל הישן.</w:t>
            </w:r>
          </w:p>
        </w:tc>
      </w:tr>
    </w:tbl>
    <w:p>
      <w:pPr>
        <w:pStyle w:val="Heading2"/>
        <w:bidi w:val="1"/>
        <w:jc w:val="right"/>
      </w:pPr>
      <w:bookmarkStart w:id="96537" w:name="tkB"/>
      <w:r>
        <w:rPr>
          <w:rFonts w:ascii="Arial" w:hAnsi="Arial" w:cs="Arial"/>
          <w:b/>
          <w:color w:val="0EA5E9"/>
          <w:sz w:val="30"/>
          <w:rtl w:val="1"/>
          <w:bCs/>
          <w:szCs w:val="30"/>
        </w:rPr>
        <w:t>🔑 מפתח – חלק ב׳: חידות ואחוזים</w:t>
      </w:r>
      <w:bookmarkEnd w:id="96537"/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👩‍👧 פי שניים – ✅ בעוד 12 שנים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ההפרש בין הגילים קבוע לתמיד: 36 − 12 = 24 שנים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כשאמא פי 2 מתמר – ההפרש שווה לגיל של תמר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לכן תמר תהיה בת 24: 24 − 12 = 12 שנים מהיום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4. בדיקה: אמא 48, תמר 24 – פי 2 ✔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📦 מכונות האריזה – ✅ 12 קופסאות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כל מכונה אורזת קופסה אחת ב-3 דקות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ב-6 דקות כל מכונה אורזת 2 קופסאות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6 מכונות × 2 קופסאות = 12 קופסאות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⚖️ כדור הזהב החלול – ✅ 2 שקילות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מחלקים ל-3 קבוצות של 3 ושוקלים קבוצה מול קבוצה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אם מאוזן – הכדור החלול בקבוצה השלישית; אם לא – בצד הקל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מתוך 3 הכדורים שנשארו שוקלים 1 מול 1 – ושוב: מאוזן = השלישי, אחרת הקל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4. בסך הכול 2 שקילות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🕓 הזווית בשעון – ✅ 120 מעלות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סיבוב שלם = 360 מעלות, ויש 12 שעות על השעון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בין שתי שעות סמוכות: 360 ÷ 12 = 30 מעלות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ב-4:00 בין המחוגים 4 "רווחים": 4 × 30 = 120 מעלות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🔢 הסדרה המסתורית – ✅ 42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ההפרשים: 4, 6, 8, 10 – גדלים ב-2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ההפרש הבא: 12, ולכן 30 + 12 = 42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דרך נוספת: 1×2, 2×3, 3×4, 4×5, 5×6 → 6×7 = 42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💰 שקית המטבעות – ✅ 5 מטבעות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אם כל 12 המטבעות היו של 5 ₪: 12 × 5 = 60 ₪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חסרים 85 − 60 = 25 ₪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כל מטבע של 10 במקום 5 מוסיף 5 ₪: 25 ÷ 5 = 5 מטבעות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4. בדיקה: 5 × 10 + 7 × 5 = 50 + 35 = 85 ✔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🕳️ מי אני? (חשיבה לרוחב) – ✅ בור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רוב הדברים קטנים כשלוקחים מהם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בור הוא "חסר" – ככל שמוציאים יותר חול, החסר גדל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לכן הבור גדל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🏖️ לאן יוצאים לטיול? – ✅ 12 תלמידים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10% מ-30 = 3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40% = 4 × 10% = 4 × 3 = 12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🥯 מגש הלחמניות – ✅ 40 לחמניות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20% מ-50 = 50 ÷ 5 = 10 עם שומשום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בלי שומשום: 50 − 10 = 40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(או: 80% מ-50 = 40)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📚 הנחה ביריד הספרים – ✅ 60 ₪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25% = רבע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רבע מ-80 = 20 ₪ הנחה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משלמים: 80 − 20 = 60 ₪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🏀 אחוז הניצחונות – ✅ 75%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15 מתוך 20 = ‏15/20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נכפיל מונה ומכנה ב-5: ‏75/100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75/100 = 75%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🌼 צבעי הגינה – ✅ 15 פרחים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25% + 50% = 75% צהובים ואדומים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לבנים: 100% − 75% = 25%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25% מ-60 = 60 ÷ 4 = 15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🎭 כמה בשכבה? – ✅ 40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1. 30% = 12 תלמידים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2. 10% = 12 ÷ 3 = 4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3. 100% = 4 × 10 = 40</w:t>
      </w:r>
    </w:p>
    <w:p>
      <w:pPr>
        <w:pStyle w:val="Heading2"/>
        <w:bidi w:val="1"/>
        <w:jc w:val="right"/>
      </w:pPr>
      <w:bookmarkStart w:id="91883" w:name="tkC"/>
      <w:r>
        <w:rPr>
          <w:rFonts w:ascii="Arial" w:hAnsi="Arial" w:cs="Arial"/>
          <w:b/>
          <w:color w:val="0EA5E9"/>
          <w:sz w:val="30"/>
          <w:rtl w:val="1"/>
          <w:bCs/>
          <w:szCs w:val="30"/>
        </w:rPr>
        <w:t>🔑 מפתח – חלק ג׳: מילה משותפת וגלו את המקום</w:t>
      </w:r>
      <w:bookmarkEnd w:id="91883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fill="0EA5E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ארבע המילים</w:t>
            </w:r>
          </w:p>
        </w:tc>
        <w:tc>
          <w:tcPr>
            <w:tcW w:type="dxa" w:w="3402"/>
            <w:shd w:val="clear" w:fill="0EA5E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המילה המשותפת</w:t>
            </w:r>
          </w:p>
        </w:tc>
        <w:tc>
          <w:tcPr>
            <w:tcW w:type="dxa" w:w="3402"/>
            <w:shd w:val="clear" w:fill="0EA5E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הצירופים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זהב · אבן · ים · חם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לב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לב זהב (אדם טוב), לב אבן (אדם קשוח), לב ים (באמצע הים), לב חם (אדם חם ונדיב)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השנה · עיר · גדול · חודש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ראש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ראש השנה, ראש עיר, ראש גדול (לוקח אחריות), ראש חודש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הסערה · טובה · חדה · מים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עין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עין הסערה, עין טובה, עין חדה, עין מים (מעיין)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שן · פיקוח · מים · קלפים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מגדל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מגדל שן, מגדל פיקוח, מגדל מים, מגדל קלפים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רקיע · המשווה · אדום · ישר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קו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קו רקיע, קו המשווה, קו אדום, קו ישר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ערש · עם · ילדים · אהבה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שיר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שיר ערש, שיר עם, שיר ילדים, שיר אהבה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יד · רגל · מאזניים · מרק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כף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כף יד, כף רגל, כף מאזניים, כף מרק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fill="0EA5E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רמזים</w:t>
            </w:r>
          </w:p>
        </w:tc>
        <w:tc>
          <w:tcPr>
            <w:tcW w:type="dxa" w:w="3402"/>
            <w:shd w:val="clear" w:fill="0EA5E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המקום</w:t>
            </w:r>
          </w:p>
        </w:tc>
        <w:tc>
          <w:tcPr>
            <w:tcW w:type="dxa" w:w="3402"/>
            <w:shd w:val="clear" w:fill="0EA5E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22"/>
                <w:rtl w:val="1"/>
                <w:bCs/>
                <w:szCs w:val="22"/>
              </w:rPr>
              <w:t>הסבר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🧗 🚡 🏜️ 🏛️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מצדה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מצדה היא מבצר עתיק על הר מבודד מעל מדבר יהודה. אפשר לעלות אליו בשביל הנחש או ברכבל.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🧱 ⚓ 🌊 🏰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עכו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עכו היא עיר נמל עתיקה לחוף הים התיכון. העיר העתיקה שלה, עם החומות, הוכרזה כאתר מורשת עולמית.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⛰️ 🎨 🕯️ 🌬️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צפת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צפת היא אחת הערים הגבוהות בישראל, בגליל העליון, וידועה ברובע האמנים ובסמטאות שלה.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🏜️ 🪨 🌌 🦌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מכתש רמון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מכתש רמון בנגב הוא המכתש הגדול בישראל. בזכות השמיים החשוכים רואים שם כוכבים רבים.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⚪ 🌊 🚡 🕳️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ראש הנקרה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בראש הנקרה יש צוקי גיר לבנים ונקרות שהים יצר בסלע. יורדים אליהן ברכבל.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💧 🌴 🐐 🏜️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עין גדי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עין גדי היא נווה מדבר ליד ים המלח: מעיינות, מפלים, ויעלים שמטפסים על הסלעים.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🎫 🛤️ 🧳 ⏰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תחנת רכבת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בתחנת הרכבת קונים כרטיס ומחכים לרכבת על הרציף.</w:t>
            </w:r>
          </w:p>
        </w:tc>
      </w:tr>
    </w:tbl>
    <w:p>
      <w:pPr>
        <w:pStyle w:val="Heading2"/>
        <w:bidi w:val="1"/>
        <w:jc w:val="right"/>
      </w:pPr>
      <w:bookmarkStart w:id="70768" w:name="tkE"/>
      <w:r>
        <w:rPr>
          <w:rFonts w:ascii="Arial" w:hAnsi="Arial" w:cs="Arial"/>
          <w:b/>
          <w:color w:val="0EA5E9"/>
          <w:sz w:val="30"/>
          <w:rtl w:val="1"/>
          <w:bCs/>
          <w:szCs w:val="30"/>
        </w:rPr>
        <w:t>🔐 מפתח – חדרי הבריחה</w:t>
      </w:r>
      <w:bookmarkEnd w:id="70768"/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🚀 החממה בתחנת החלל – 🔓 קוד: 4786 · ⏳ 12 דק׳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שלב 1: 4 (צדק, שבתאי, אורנוס ונפטון) → 4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שלב 2: 17 ← ספרת האחדות 7 → 7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שלב 3: 8 שתילים (48÷6) → 8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שלב 4: 6 (3×6+2=20) → 6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📚 המדף הסודי בספרייה – 🔓 קוד: 7382 · ⏳ 12 דק׳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שלב 1: 7 (א, ב, ג, ד, ה, ו, ז) → 7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שלב 2: 3 פעמים: 9, 19, 29 → 3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שלב 3: 8 ספרים (4×12=48, 48−40=8) → 8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שלב 4: 20 עמודים (80−40−20) ← ספרת העשרות 2 → 2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🦒 ארוחת הערב בגן החיות – 🔓 קוד: 2351 · ⏳ 12 דק׳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שלב 1: 2 עזים (ו-3 ברווזים: 3×2+2×4=14) → 2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שלב 2: 3 תמנונים (24÷8) → 3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שלב 3: 15:00 ← ספרת האחדות 5 → 5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שלב 4: 13 (5+8) ← ספרת העשרות 1 → 1</w:t>
      </w:r>
    </w:p>
    <w:p>
      <w:pPr>
        <w:pStyle w:val="Heading2"/>
        <w:bidi w:val="1"/>
        <w:jc w:val="right"/>
      </w:pPr>
      <w:bookmarkStart w:id="57857" w:name="tv"/>
      <w:r>
        <w:rPr>
          <w:rFonts w:ascii="Arial" w:hAnsi="Arial" w:cs="Arial"/>
          <w:b/>
          <w:color w:val="0EA5E9"/>
          <w:sz w:val="30"/>
          <w:rtl w:val="1"/>
          <w:bCs/>
          <w:szCs w:val="30"/>
        </w:rPr>
        <w:t>🔎 לוודא לפני השיעור</w:t>
      </w:r>
      <w:bookmarkEnd w:id="57857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באיזה ענף ספורט ימי עם מפרש זכו ספורטאים מישראל בכמה מדליות אולימפיות? – גלישת רוח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מה שם שביל ההליכה הארוך שחוצה את ישראל מצפון לדרום? – שביל ישראל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מצדה – מצדה היא מבצר עתיק על הר מבודד מעל מדבר יהודה. אפשר לעלות אליו בשביל הנחש או ברכבל.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עכו – עכו היא עיר נמל עתיקה לחוף הים התיכון. העיר העתיקה שלה, עם החומות, הוכרזה כאתר מורשת עולמית.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צפת – צפת היא אחת הערים הגבוהות בישראל, בגליל העליון, וידועה ברובע האמנים ובסמטאות שלה.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מכתש רמון – מכתש רמון בנגב הוא המכתש הגדול בישראל. בזכות השמיים החשוכים רואים שם כוכבים רבים.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• ראש הנקרה – בראש הנקרה יש צוקי גיר לבנים ונקרות שהים יצר בסלע. יורדים אליהן ברכבל.</w:t>
      </w:r>
    </w:p>
    <w:p>
      <w:r>
        <w:br w:type="page"/>
      </w:r>
    </w:p>
    <w:p>
      <w:pPr>
        <w:pStyle w:val="Heading1"/>
        <w:bidi w:val="1"/>
        <w:jc w:val="right"/>
      </w:pPr>
      <w:bookmarkStart w:id="29239" w:name="stop"/>
      <w:r>
        <w:rPr>
          <w:rFonts w:ascii="Arial" w:hAnsi="Arial" w:cs="Arial"/>
          <w:b/>
          <w:color w:val="0EA5E9"/>
          <w:sz w:val="40"/>
          <w:rtl w:val="1"/>
          <w:bCs/>
          <w:szCs w:val="40"/>
        </w:rPr>
        <w:t>🧒 דפי התלמיד/ה</w:t>
      </w:r>
      <w:bookmarkEnd w:id="29239"/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שם: ______________   כיתה: ______   תאריך: __________</w:t>
      </w:r>
    </w:p>
    <w:p>
      <w:pPr>
        <w:bidi w:val="1"/>
        <w:jc w:val="right"/>
      </w:pPr>
      <w:r>
        <w:rPr>
          <w:rFonts w:ascii="Arial" w:hAnsi="Arial" w:cs="Arial"/>
          <w:b/>
          <w:sz w:val="26"/>
          <w:rtl w:val="1"/>
          <w:bCs/>
          <w:szCs w:val="26"/>
        </w:rPr>
        <w:t>ברוכים הבאים לעולם החידות! קראו כל משימה בעיון, חשבו לבד או בזוג, וסמנו או כתבו את התשובה. בהצלחה! 🎯</w:t>
      </w:r>
    </w:p>
    <w:p>
      <w:pPr>
        <w:pStyle w:val="Heading2"/>
        <w:bidi w:val="1"/>
        <w:jc w:val="right"/>
      </w:pPr>
      <w:bookmarkStart w:id="33970" w:name="sA"/>
      <w:r>
        <w:rPr>
          <w:rFonts w:ascii="Arial" w:hAnsi="Arial" w:cs="Arial"/>
          <w:b/>
          <w:color w:val="0EA5E9"/>
          <w:sz w:val="30"/>
          <w:rtl w:val="1"/>
          <w:bCs/>
          <w:szCs w:val="30"/>
        </w:rPr>
        <w:t>חלק א׳ – 🇮🇱 ששי ישראלי</w:t>
      </w:r>
      <w:bookmarkEnd w:id="33970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בכל שאלה הקיפו בעיגול את התשובה הנכונה.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1. 🏞️ איזה מכתש ענק נמצא ליד העיירה מצפה רמון?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המכתש הקטן   ◯ מכתש רמון   ◯ המכתש הגדול   ◯ עמק יזרעאל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2. 🏞️ איזה נהר זורם דרך הכנרת ומשם דרומה עד ים המלח?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הירדן   ◯ הקישון   ◯ נחל אלכסנדר   ◯ הירקון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3. 🏰 איזה מבצר עתיק בנוי על צוק גבוה מעל ים המלח?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עכו   ◯ קיסריה   ◯ מצדה   ◯ בית שאן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4. 🕎 כמה ימים נמשך חג החנוכה?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8   ◯ 7   ◯ 10   ◯ 3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5. 🦢 איזו ציפור גדולה ואפורה חורפת באלפיה בעמק החולה?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תוכי   ◯ עגור   ◯ פינגווין   ◯ יען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6. ✉️ מהו השורש של המילה 'מכתב'?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כ-ב-ה   ◯ מ-כ-ת   ◯ ת-ב-ה   ◯ כ-ת-ב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7. 🏛️ באיזו עיר עתיקה על חוף הים התיכון יש נמל עתיק ותיאטרון רומי?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ערד   ◯ צפת   ◯ קיסריה   ◯ דימונה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8. 💧 איזו שיטת השקיה חוסכת מים, ופותחה והשתכללה מאוד בישראל?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השקיה בטפטוף   ◯ השקיה בדליים   ◯ השקיה בהצפה   ◯ השקיה בתעלות פתוחות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9. 🌾 באיזה חג קוראים את מגילת רות?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פסח   ◯ חנוכה   ◯ סוכות   ◯ שבועות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10. 🍇 מה מהבאים אינו נמנה עם 'שבעת המינים'?</w:t>
      </w:r>
    </w:p>
    <w:p>
      <w:pPr>
        <w:bidi w:val="1"/>
        <w:jc w:val="right"/>
      </w:pPr>
      <w:r>
        <w:rPr>
          <w:rFonts w:ascii="Arial" w:hAnsi="Arial" w:cs="Arial"/>
          <w:sz w:val="25"/>
          <w:rtl w:val="1"/>
          <w:szCs w:val="25"/>
        </w:rPr>
        <w:t>◯ רימון   ◯ תפוח   ◯ זית   ◯ חיטה</w:t>
      </w:r>
    </w:p>
    <w:p>
      <w:pPr>
        <w:pStyle w:val="Heading2"/>
        <w:bidi w:val="1"/>
        <w:jc w:val="right"/>
      </w:pPr>
      <w:bookmarkStart w:id="83695" w:name="sB"/>
      <w:r>
        <w:rPr>
          <w:rFonts w:ascii="Arial" w:hAnsi="Arial" w:cs="Arial"/>
          <w:b/>
          <w:color w:val="0EA5E9"/>
          <w:sz w:val="30"/>
          <w:rtl w:val="1"/>
          <w:bCs/>
          <w:szCs w:val="30"/>
        </w:rPr>
        <w:t>חלק ב׳ – 🔢 חידה בקטנה</w:t>
      </w:r>
      <w:bookmarkEnd w:id="83695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קראו את החידה שבתיבה, כתבו את דרך הפתרון ואת התשובה.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👩‍👧 פי שניים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היום אמא של תמר בת 36, ותמר בת 12. בעוד כמה שנים אמא תהיה בדיוק פי 2 מבוגרת מתמר?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דרך הפתרון והתשובה: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📦 מכונות האריזה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3 מכונות אריזה אורזות יחד 3 קופסאות ב-3 דקות. כמה קופסאות יארזו 6 מכונות ב-6 דקות?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דרך הפתרון והתשובה: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⚖️ כדור הזהב החלול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לפניכם 9 כדורי זהב שנראים זהים. אחד מהם חלול ולכן קל יותר. יש לכם מאזני כפות (בלי משקולות). מה המספר הקטן ביותר של שקילות שבטוח מספיק כדי למצוא את הכדור החלול?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דרך הפתרון והתשובה: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🏖️ לאן יוצאים לטיול?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בכיתה 30 תלמידים ותלמידות. 40% מהם הצביעו בעד טיול לחוף הים. כמה הצביעו בעד החוף?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דרך הפתרון והתשובה: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🥯 מגש הלחמניות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במגש של המאפייה 50 לחמניות. 20% מהן מפוזרות בשומשום. כמה לחמניות בלי שומשום?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דרך הפתרון והתשובה: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pStyle w:val="Heading2"/>
        <w:bidi w:val="1"/>
        <w:jc w:val="right"/>
      </w:pPr>
      <w:bookmarkStart w:id="24386" w:name="sC"/>
      <w:r>
        <w:rPr>
          <w:rFonts w:ascii="Arial" w:hAnsi="Arial" w:cs="Arial"/>
          <w:b/>
          <w:color w:val="0EA5E9"/>
          <w:sz w:val="30"/>
          <w:rtl w:val="1"/>
          <w:bCs/>
          <w:szCs w:val="30"/>
        </w:rPr>
        <w:t>חלק ג׳ – 🧩 מילה משותפת ו📍 גלו את המקום</w:t>
      </w:r>
      <w:bookmarkEnd w:id="24386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מצאו את המילה שמתחברת לכל ארבע המילים, וכתבו אותה בשורה. אחר כך גלו את המקום לפי הרמזים.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🥇 זהב · 🪨 אבן · 🌊 ים · 🔥 חם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🍎 השנה · 🏙️ עיר · 😎 גדול · 🌑 חודש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🌪️ הסערה · 😊 טובה · 🦅 חדה · 💧 מים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🐘 שן · ✈️ פיקוח · 💧 מים · 🃏 קלפים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🏙️ רקיע · 🌍 המשווה · 🟥 אדום · 📐 ישר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🧩 🍼 ערש · 👥 עם · 🧒 ילדים · ❤️ אהבה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המילה המשותפת: ____________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🧗 🚡 🏜️ 🏛️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מבצר עתיק על צוק ליד ים המלח, עולים אליו ברכבל או בשביל הנחש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_ _ _ 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🧱 ⚓ 🌊 🏰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עיר נמל עתיקה בצפון, עם חומות ואולמות מתחת לאדמה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_ _ _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⛰️ 🎨 🕯️ 🌬️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עיר גבוהה בגליל העליון, ויש בה רובע של אמנים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_ _ _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3"/>
                <w:rtl w:val="1"/>
                <w:szCs w:val="23"/>
              </w:rPr>
              <w:t>📍 🏜️ 🪨 🌌 🦌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רמז: מכתש ענק בנגב, ובלילה רואים שם המון כוכבים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_ _ _ _ _ _ _ _</w:t>
            </w:r>
          </w:p>
        </w:tc>
      </w:tr>
    </w:tbl>
    <w:p>
      <w:pPr>
        <w:pStyle w:val="Heading2"/>
        <w:bidi w:val="1"/>
        <w:jc w:val="right"/>
      </w:pPr>
      <w:bookmarkStart w:id="24758" w:name="sE"/>
      <w:r>
        <w:rPr>
          <w:rFonts w:ascii="Arial" w:hAnsi="Arial" w:cs="Arial"/>
          <w:b/>
          <w:color w:val="0EA5E9"/>
          <w:sz w:val="30"/>
          <w:rtl w:val="1"/>
          <w:bCs/>
          <w:szCs w:val="30"/>
        </w:rPr>
        <w:t>🔐 חדר בריחה על הדף: החממה בתחנת החלל</w:t>
      </w:r>
      <w:bookmarkEnd w:id="24758"/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  <w:shd w:val="clear" w:fill="FFF8E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📦 🚀 תחנת חלל דמיונית בשם 'אופק'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משלחת של חוקרים וחוקרות צעירים מבקרת בתחנת החלל הדמיונית 'אופק'. בחממה של התחנה גדלים ירקות לאסטרונאוטים – אבל הדלת שלה ננעלה, והשתילים צריכים מים! המחשב של התחנה מבקש קוד של 4 ספרות ומשאיר רמזים על המסכים.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שלב 1: על המסך הראשון: 'במערכת השמש יש 8 כוכבי לכת. ארבעת הקרובים לשמש – כוכב חמה, נוגה, כדור הארץ ומאדים – הם כוכבי לכת סלעיים'.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כמה כוכבי לכת אינם סלעיים? (8 פחות מספר הסלעיים) זו הספרה הראשונה.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שלב 2: על המסך השני סדרה: 2, 3, 5, 7, 11, 13, ?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אלה מספרים ראשוניים (מתחלקים רק ב-1 ובעצמם). מהו המספר הבא? ספרת האחדות שלו היא הספרה השנייה.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שלב 3: בחממה יש 48 שתילים, מסודרים ב-6 שורות שוות.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כמה שתילים יש בכל שורה? זו הספרה השלישית.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sz w:val="24"/>
          <w:rtl w:val="1"/>
          <w:bCs/>
          <w:szCs w:val="24"/>
        </w:rPr>
        <w:t>• שלב 4: המחשב מציג חידה אחרונה: 'אני מספר חד-ספרתי. אם תכפילו אותי ב-3 ותוסיפו 2 – תקבלו 20'.</w:t>
      </w:r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מי המספר? זו הספרה האחרונה.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sz w:val="26"/>
          <w:rtl w:val="1"/>
          <w:bCs/>
          <w:szCs w:val="26"/>
        </w:rPr>
        <w:t xml:space="preserve">🔒 הקוד שלנו:   ▢   ▢   ▢   ▢ </w:t>
      </w:r>
    </w:p>
    <w:p>
      <w:pPr>
        <w:pStyle w:val="Heading2"/>
        <w:bidi w:val="1"/>
        <w:jc w:val="right"/>
      </w:pPr>
      <w:bookmarkStart w:id="7863" w:name="sW"/>
      <w:r>
        <w:rPr>
          <w:rFonts w:ascii="Arial" w:hAnsi="Arial" w:cs="Arial"/>
          <w:b/>
          <w:color w:val="0EA5E9"/>
          <w:sz w:val="30"/>
          <w:rtl w:val="1"/>
          <w:bCs/>
          <w:szCs w:val="30"/>
        </w:rPr>
        <w:t>✍️ חידה משלי</w:t>
      </w:r>
      <w:bookmarkEnd w:id="7863"/>
    </w:p>
    <w:p>
      <w:pPr>
        <w:bidi w:val="1"/>
        <w:jc w:val="right"/>
      </w:pPr>
      <w:r>
        <w:rPr>
          <w:rFonts w:ascii="Arial" w:hAnsi="Arial" w:cs="Arial"/>
          <w:sz w:val="24"/>
          <w:rtl w:val="1"/>
          <w:szCs w:val="24"/>
        </w:rPr>
        <w:t>כתבו חידה, שאלת טריוויה או סט 'מילה משותפת' משלכם – והחליפו עם חבר/ה.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color w:val="666666"/>
          <w:sz w:val="22"/>
          <w:rtl w:val="1"/>
          <w:szCs w:val="22"/>
        </w:rPr>
        <w:t>✂ - - - - - - - - - - - - - - - - -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206"/>
      </w:tblGrid>
      <w:tr>
        <w:tc>
          <w:tcPr>
            <w:tcW w:type="dxa" w:w="1020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sz w:val="22"/>
                <w:rtl w:val="1"/>
                <w:szCs w:val="22"/>
              </w:rPr>
              <w:t>🎫 כרטיס יציאה    שם: 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1. איזו חידה הייתה הכי מאתגרת בעיניי ולמה?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______________________________________________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2. דבר אחד חדש שלמדתי על ישראל: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______________________________________________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3. איך עבדתי עם הקבוצה? ⭐⭐⭐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sz w:val="22"/>
                <w:rtl w:val="1"/>
                <w:szCs w:val="22"/>
              </w:rPr>
              <w:t>______________________________________________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rFonts w:ascii="Arial" w:hAnsi="Arial" w:cs="Arial"/>
        <w:color w:val="888888"/>
        <w:sz w:val="16"/>
        <w:rtl w:val="1"/>
        <w:szCs w:val="16"/>
      </w:rPr>
      <w:t>חידות וטריוויה – חוברת מלאה (מורה + תלמיד) – ה׳–ו׳ ·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חידות וטריוויה – חוברת מלאה (מורה + תלמיד) – ה׳–ו׳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